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 – חטיבת 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קבוצות זכויות הילד ולדעת לסווג דוגמאות לפיהן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ובין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דילמות הקשורות לפרטיות ברשת ולהשמעת 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 ואי אפשר לקחת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מקום מגורים בטוח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האמנה חלה על כל הילדים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השתתפות היא הזכות להביע דעה ולהישמע, לא לקבל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פגיעה בפרטיות ובזכות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צורך או רצון? מיינו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זכות ↔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(קבוצת הישרדות)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(קבוצת 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(קבוצת 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(קבוצת השתתפות)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זכות ואחריות – חברו כל זכות לאחריות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(האחריות להגיע לשיעורים וללמוד)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(האחריות לכבד את דעת האחר)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(האחריות לכבד את פרטיות האחרים ברשת)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(האחריות לא לפגוע באחרים במשחק)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כגון הצבעה בכיתה, שיחה עם הורים על החלטה משפחתית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לשם שתי קבוצות מתוך הישרדות/התפתחות/הגנה/השתתפות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שמבדילה בין הכרחי ללא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שמקשרת שמירה על פרטיות אישית לשמירה על פרטיות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דוגמה מהחיים של התלמידים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שיתוף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השאלות המסומנות כקשות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 – חטיבת 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ילד וילדה בעולם יש זכויות שנקבעו באמנה בינלאומית. בדף זה נתרגל להכיר את הזכויות, לסווג אותן ולחשוב על דילמות מהחיים כמו פרטיות באינטרנט והבעת דעה.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רצון  ·  צורך  ·  צורך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זכות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שמגיע לכל ילד ואי אפשר לקחת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פרס על התנהגות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בקשה אישית של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קבוצות עיקריות של זכויות ילד מוכרות באמנה?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דוגמה לצורך ולא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מקום מגורים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בגדי מותג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בעולם יש את אותן הזכויות, ללא תלות בארץ מגוריו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זכות להשתתפות פירושה שהילד חייב לקבל כל מה שהוא מבקש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לשתף פרטים אישיים של חבר ברשת בלי לשאול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צורך או רצון? מיינו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מקום מגורים בטוח ומוגן מהווה __________ (צורך/רצון)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משחק מחשב חדש הוא דוגמה ל-__________ (צורך/רצון)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אוכל וחינוך נחשבים ל-__________ (צורך/רצון)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זכות ↔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הזכות לחיים ולבריאות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קבוצת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הזכות לחינוך ולמשחק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קבוצת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הזכות להיות מוגן מאלימות וניצול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קבוצת הישרדות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הזכות להביע דעה ולהישמע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קבוצת הגנה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זכות ואחריות – חברו כל זכות לאחריות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האחריות לכבד את דעת האחר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הזכות לחופש ביטוי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האחריות להגיע לשיעורים וללמוד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האחריות לא לפגוע באחרים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הזכות למשחק ולפנאי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האחריות לכבד את פרטיות האחרים ברשת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דוגמאות מהיומיום שבהן אתם ממשים את זכות ההשתתפות (הבעת דעה)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שתיים מארבע קבוצות הזכויות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להבדל בין צורך לרצון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 – חטיבת 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