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קבוצות זכויות הילד ולדעת לסווג דוגמאות לפיהן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הקשורות לפרטיות ברשת ולהשמעת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ואי אפשר לקחת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מקום מגורים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שליחת תמונה אישית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לבוא לבית הספר ולהשתתף בשיעורים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האמנה חלה על כל הילדים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השתתפות היא הזכות להביע דעה ולהישמע, לא לקבל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פגיעה בפרטיות ובזכות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זכויות וחובות הולכות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צורך הוא ההכרחי, רצון הוא נעים אך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זכות ההשתתפות קיימת כבר בילדות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 מיינו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↔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(קבוצת הישרדות)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(קבוצת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(קבוצת הישרדות)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זכות ואחריות – חברו כל זכות לאחריות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(האחריות להגיע לשיעורים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(האחריות לכבד את דעת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(האחריות לכבד את פרטיות האחרים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(האחריות לא לפגוע באחרים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יזהו התנגשות כגון פרסום תמונה משותפת בלי הסכמה, ויציעו פתרון שמכבד את שני הצדדים כמו בקשת רשות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כגון הצבעה בכיתה, שיחה עם הורים על החלטה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שתי קבוצות מתוך הישרדות/התפתחות/הגנה/השתתפות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שמבדילה בין הכרחי ללא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שמירה על פרטיות אישית לשמירה על פרטיות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מהחיים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בדף הזה נלמד מה הן הזכויות, ונתרגל דוגמאות ושאלות קלות עליהן.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ואי אפשר לקחת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שעלינו לעשות כדי לשמור על הזכויות של עצמנו ושל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כתוב בין מדינות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לחיים, כמו מזון ומקום מגורים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נעים שהיינו רוצים, אך אפשר לחיות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השמירה על מידע אישי ואי חשיפתו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ולהיות חלק מהחלטות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להיות מוגן מפגיעה וניצול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 ואי אפשר לקחת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על התנהגות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בקשה אישית של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שחל רק על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זכויות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שייכת לקבוצת זכויות ההשתתפות?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להגנה מאלימות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הכרחי לחיים?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מגורים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דוגמה לפגיעה בפרטיות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שליחת תמונה אישית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שליחת ברכה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סרטון לימודי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תגובה מנומסת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דוגמה לאחריות הנלווית לזכות לחינוך?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לבוא לבית הספר ולהשתתף בשיעורים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ציונים גבוהים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ציוד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להגיע לבית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את אותן הזכויות, ללא תלות בארץ מגוריו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להשתתפות פירושה שהילד חייב לקבל כל מה שהוא מבקש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פרטים אישיים של חבר ברשת בלי לשאול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ההורים היא לדאוג שהילד ייהנה גם מזכויותיו וגם ילמד למלא חובות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הוא דבר הכרחי שבלעדיו אי אפשר לחיות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ילד להביע דעה בנושאים שנוגעים לחייו קיימת רק מגיל 18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צורך או רצון? מיינו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מקום מגורים בטוח ומוגן מהווה 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מחשב חדש הוא דוגמה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 וחינוך נחשבים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בגדי מותג יקרים הם דוגמה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טיפול רפואי כשחולים הוא __________ (צורך/רצון)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זכות ↔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לחינוך ולמשחק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הישרדות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להיות מוגן מאלימות וניצול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הישרדות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למזון ולמקום מגורים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זכות ואחריות – חברו כל זכות לאחריות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לכבד את דעת האחר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לחופש ביטוי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לכבד את פרטיות האחרים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לא לפגוע באחרים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למשחק ולפנאי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להגיע לשיעורים וללמוד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זכות של ילד אחד עלולה להתנגש בזכות של ילד אחר ברשת החברתית, והציעו 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מהיומיום שבהן אתם ממשים את זכות ההשתתפות (הבעת דעה)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שתיים מארבע קבוצות הזכויות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צורך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אחריות אחת שקשורה לזכות שלכם לפרטיות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חטיבת 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