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 – חטיבת 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קבוצות זכויות הילד ולדעת לסווג דוגמאות לפיהן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 ובין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דילמות הקשורות לפרטיות ברשת ולהשמעת 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 ואי אפשר לקחת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הזכות להביע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מקום מגורים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שליחת תמונה אישית בלי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לבוא לבית הספר ולהשתתף בשיעורים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האמנה חלה על כל הילדים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השתתפות היא הזכות להביע דעה ולהישמע, לא לקבל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פגיעה בפרטיות ובזכות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זכויות וחובות הולכות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צורך הוא ההכרחי, רצון הוא נעים אך לא הכרחי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זכות ההשתתפות קיימת כבר בילדות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צורך או רצון? מיינו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זכות ↔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(קבוצת הישרדות)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(קבוצת 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(קבוצת 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(קבוצת השתתפות)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(קבוצת הישרדות)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זכות ואחריות – חברו כל זכות לאחריות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(האחריות להגיע לשיעורים וללמוד)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(האחריות לכבד את דעת האחר)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(האחריות לכבד את פרטיות האחרים ברשת)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(האחריות לא לפגוע באחרים במשחק)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יזהו התנגשות כגון פרסום תמונה משותפת בלי הסכמה, ויציעו פתרון שמכבד את שני הצדדים כמו בקשת רשות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כגון הצבעה בכיתה, שיחה עם הורים על החלטה משפחתית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לשם שתי קבוצות מתוך הישרדות/התפתחות/הגנה/השתתפות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שמבדילה בין הכרחי ללא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שמקשרת שמירה על פרטיות אישית לשמירה על פרטיות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דוגמה מהחיים של התלמידים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שיתוף בזוגות לפני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השאלות המסומנות כקשות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 – חטיבת 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וילדה בעולם יש זכויות שנקבעו באמנה בינלאומית. בדף זה נתרגל להכיר את הזכויות, לסווג אותן ולחשוב על דילמות מהחיים כמו פרטיות באינטרנט והבעת דעה.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זכות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שמגיע לכל ילד ואי אפשר לקחת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פרס על התנהגות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בקשה אישית של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שחל רק על 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קבוצות עיקריות של זכויות ילד מוכרות באמנה?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מהבאות שייכת לקבוצת זכויות ההשתתפות?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להביע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להגנה מאלימות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דוגמה לצורך ולא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מגורים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 מותג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טיול לחו״ל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דוגמה לפגיעה בפרטיות ברשת?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שליחת תמונה אישית בלי 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שליחת ברכה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שיתוף סרטון לימודי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תגובה מנומסת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דוגמה לאחריות הנלווית לזכות לחינוך?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לבוא לבית הספר ולהשתתף בשיעורים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לקבל ציונים גבוהים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ציוד 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להגיע לבית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בעולם יש את אותן הזכויות, ללא תלות בארץ מגוריו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להשתתפות פירושה שהילד חייב לקבל כל מה שהוא מבקש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לשתף פרטים אישיים של חבר ברשת בלי לשאול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ההורים היא לדאוג שהילד ייהנה גם מזכויותיו וגם ילמד למלא חובות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הוא דבר הכרחי שבלעדיו אי אפשר לחיות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ילד להביע דעה בנושאים שנוגעים לחייו קיימת רק מגיל 18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צורך או רצון? מיינו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מקום מגורים בטוח ומוגן מהווה __________ (צורך/רצון)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משחק מחשב חדש הוא דוגמה ל-__________ (צורך/רצון)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אוכל וחינוך נחשבים ל-__________ (צורך/רצון)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בגדי מותג יקרים הם דוגמה ל-__________ (צורך/רצון)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טיפול רפואי כשחולים הוא __________ (צורך/רצון)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זכות ↔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לחיים ולבריאות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קבוצת הישרדות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לחינוך ולמשחק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קבוצת הישרדות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להיות מוגן מאלימות וניצול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קבוצת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להביע דעה ולהישמע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קבוצת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הזכות למזון ולמקום מגורים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קבוצת התפתחות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זכות ואחריות – חברו כל זכות לאחריות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האחריות לכבד את פרטיות האחרים ברשת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לחופש ביטוי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האחריות לא לפגוע באחרים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האחריות להגיע לשיעורים וללמוד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למשחק ולפנאי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האחריות לכבד את דעת האחר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דילמה שבה זכות של ילד אחד עלולה להתנגש בזכות של ילד אחר ברשת החברתית, והציעו פתרון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דוגמאות מהיומיום שבהן אתם ממשים את זכות ההשתתפות (הבעת דעה)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שתיים מארבע קבוצות הזכויות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להבדל בין צורך לרצון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אחריות אחת שקשורה לזכות שלכם לפרטיות ברשת?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 – חטיבת ביניים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